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EC263" w14:textId="4F0BAA25" w:rsidR="00840924" w:rsidRPr="009C20A8" w:rsidRDefault="009C20A8">
      <w:pPr>
        <w:spacing w:after="0"/>
        <w:jc w:val="right"/>
        <w:rPr>
          <w:sz w:val="20"/>
          <w:szCs w:val="20"/>
          <w:lang w:val="lt-LT"/>
        </w:rPr>
      </w:pPr>
      <w:r w:rsidRPr="009C20A8">
        <w:rPr>
          <w:sz w:val="20"/>
          <w:szCs w:val="20"/>
          <w:lang w:val="lt-LT"/>
        </w:rPr>
        <w:t>Uždarosios akcinės bendrovės Tolimojo keleivinio transporto kompanija</w:t>
      </w:r>
      <w:r w:rsidRPr="009C20A8">
        <w:rPr>
          <w:sz w:val="20"/>
          <w:szCs w:val="20"/>
          <w:lang w:val="lt-LT"/>
        </w:rPr>
        <w:br/>
        <w:t>Vidinio informacijos apie pažeidimus teikimo kanalo</w:t>
      </w:r>
      <w:r w:rsidRPr="009C20A8">
        <w:rPr>
          <w:sz w:val="20"/>
          <w:szCs w:val="20"/>
          <w:lang w:val="lt-LT"/>
        </w:rPr>
        <w:br/>
        <w:t>administravimo ir gautos informacijos nagrinėjimo</w:t>
      </w:r>
      <w:r w:rsidRPr="009C20A8">
        <w:rPr>
          <w:sz w:val="20"/>
          <w:szCs w:val="20"/>
          <w:lang w:val="lt-LT"/>
        </w:rPr>
        <w:br/>
        <w:t>tvarkos aprašo</w:t>
      </w:r>
      <w:r w:rsidRPr="009C20A8">
        <w:rPr>
          <w:sz w:val="20"/>
          <w:szCs w:val="20"/>
          <w:lang w:val="lt-LT"/>
        </w:rPr>
        <w:br/>
        <w:t>1 priedas</w:t>
      </w:r>
    </w:p>
    <w:p w14:paraId="3D9412BA" w14:textId="77777777" w:rsidR="00840924" w:rsidRPr="009C20A8" w:rsidRDefault="00000000">
      <w:pPr>
        <w:spacing w:before="160" w:after="80"/>
        <w:jc w:val="center"/>
        <w:rPr>
          <w:sz w:val="20"/>
          <w:szCs w:val="20"/>
          <w:lang w:val="lt-LT"/>
        </w:rPr>
      </w:pPr>
      <w:r w:rsidRPr="009C20A8">
        <w:rPr>
          <w:b/>
          <w:sz w:val="20"/>
          <w:szCs w:val="20"/>
          <w:lang w:val="lt-LT"/>
        </w:rPr>
        <w:t>(Pranešimo apie pažeidimą forma)</w:t>
      </w:r>
    </w:p>
    <w:p w14:paraId="749F3D56" w14:textId="77777777" w:rsidR="00840924" w:rsidRPr="009C20A8" w:rsidRDefault="00000000">
      <w:pPr>
        <w:spacing w:after="160"/>
        <w:jc w:val="center"/>
        <w:rPr>
          <w:sz w:val="20"/>
          <w:szCs w:val="20"/>
          <w:lang w:val="lt-LT"/>
        </w:rPr>
      </w:pPr>
      <w:r w:rsidRPr="009C20A8">
        <w:rPr>
          <w:b/>
          <w:sz w:val="20"/>
          <w:szCs w:val="20"/>
          <w:lang w:val="lt-LT"/>
        </w:rPr>
        <w:t>PRANEŠIMAS APIE PAŽEIDIMĄ</w:t>
      </w:r>
    </w:p>
    <w:p w14:paraId="1C010F4B" w14:textId="77777777" w:rsidR="00840924" w:rsidRPr="009C20A8" w:rsidRDefault="00000000">
      <w:pPr>
        <w:spacing w:after="40"/>
        <w:jc w:val="center"/>
        <w:rPr>
          <w:sz w:val="20"/>
          <w:szCs w:val="20"/>
          <w:lang w:val="lt-LT"/>
        </w:rPr>
      </w:pPr>
      <w:r w:rsidRPr="009C20A8">
        <w:rPr>
          <w:sz w:val="20"/>
          <w:szCs w:val="20"/>
          <w:lang w:val="lt-LT"/>
        </w:rPr>
        <w:t>20 ___ m. ______________ ___ d.</w:t>
      </w:r>
    </w:p>
    <w:p w14:paraId="6FB47E3E" w14:textId="77777777" w:rsidR="00840924" w:rsidRPr="009C20A8" w:rsidRDefault="00000000">
      <w:pPr>
        <w:spacing w:after="160"/>
        <w:jc w:val="center"/>
        <w:rPr>
          <w:sz w:val="20"/>
          <w:szCs w:val="20"/>
          <w:lang w:val="lt-LT"/>
        </w:rPr>
      </w:pPr>
      <w:r w:rsidRPr="009C20A8">
        <w:rPr>
          <w:sz w:val="20"/>
          <w:szCs w:val="20"/>
          <w:lang w:val="lt-LT"/>
        </w:rPr>
        <w:t>____________________________</w:t>
      </w:r>
      <w:r w:rsidRPr="009C20A8">
        <w:rPr>
          <w:sz w:val="20"/>
          <w:szCs w:val="20"/>
          <w:lang w:val="lt-LT"/>
        </w:rPr>
        <w:br/>
        <w:t>(vieta)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"/>
        <w:gridCol w:w="3487"/>
        <w:gridCol w:w="6173"/>
        <w:gridCol w:w="28"/>
      </w:tblGrid>
      <w:tr w:rsidR="00840924" w:rsidRPr="009C20A8" w14:paraId="397BDB6C" w14:textId="77777777">
        <w:trPr>
          <w:gridAfter w:val="1"/>
          <w:wAfter w:w="28" w:type="dxa"/>
          <w:cantSplit/>
          <w:jc w:val="center"/>
        </w:trPr>
        <w:tc>
          <w:tcPr>
            <w:tcW w:w="9688" w:type="dxa"/>
            <w:gridSpan w:val="3"/>
            <w:shd w:val="clear" w:color="auto" w:fill="D9D9D9"/>
            <w:vAlign w:val="center"/>
          </w:tcPr>
          <w:p w14:paraId="7A5C1418" w14:textId="77777777" w:rsidR="00840924" w:rsidRPr="009C20A8" w:rsidRDefault="00000000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  <w:r w:rsidRPr="009C20A8">
              <w:rPr>
                <w:sz w:val="20"/>
                <w:szCs w:val="20"/>
                <w:lang w:val="lt-LT"/>
              </w:rPr>
              <w:t>Asmens, pranešančio informaciją apie pažeidimą, duomenys</w:t>
            </w:r>
          </w:p>
        </w:tc>
      </w:tr>
      <w:tr w:rsidR="00840924" w:rsidRPr="009C20A8" w14:paraId="0D05120C" w14:textId="77777777" w:rsidTr="009C20A8">
        <w:trPr>
          <w:gridAfter w:val="1"/>
          <w:wAfter w:w="28" w:type="dxa"/>
          <w:cantSplit/>
          <w:trHeight w:val="312"/>
          <w:jc w:val="center"/>
        </w:trPr>
        <w:tc>
          <w:tcPr>
            <w:tcW w:w="3515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9D9E11" w14:textId="77777777" w:rsidR="00840924" w:rsidRPr="009C20A8" w:rsidRDefault="00000000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  <w:r w:rsidRPr="009C20A8">
              <w:rPr>
                <w:sz w:val="20"/>
                <w:szCs w:val="20"/>
                <w:lang w:val="lt-LT"/>
              </w:rPr>
              <w:t>Vardas, pavardė</w:t>
            </w:r>
          </w:p>
        </w:tc>
        <w:tc>
          <w:tcPr>
            <w:tcW w:w="61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C5D83B" w14:textId="77777777" w:rsidR="00840924" w:rsidRPr="009C20A8" w:rsidRDefault="00840924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</w:p>
        </w:tc>
      </w:tr>
      <w:tr w:rsidR="00840924" w:rsidRPr="009C20A8" w14:paraId="6DCE9B1B" w14:textId="77777777" w:rsidTr="009C20A8">
        <w:trPr>
          <w:gridAfter w:val="1"/>
          <w:wAfter w:w="28" w:type="dxa"/>
          <w:cantSplit/>
          <w:trHeight w:val="482"/>
          <w:jc w:val="center"/>
        </w:trPr>
        <w:tc>
          <w:tcPr>
            <w:tcW w:w="3515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921C32" w14:textId="77777777" w:rsidR="00840924" w:rsidRPr="009C20A8" w:rsidRDefault="00000000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  <w:r w:rsidRPr="009C20A8">
              <w:rPr>
                <w:sz w:val="20"/>
                <w:szCs w:val="20"/>
                <w:lang w:val="lt-LT"/>
              </w:rPr>
              <w:t>Asmens kodas arba gimimo data, jeigu asmens kodo neturi</w:t>
            </w:r>
          </w:p>
        </w:tc>
        <w:tc>
          <w:tcPr>
            <w:tcW w:w="61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5068BA" w14:textId="77777777" w:rsidR="00840924" w:rsidRPr="009C20A8" w:rsidRDefault="00840924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</w:p>
        </w:tc>
      </w:tr>
      <w:tr w:rsidR="00840924" w:rsidRPr="009C20A8" w14:paraId="2DA9F3DA" w14:textId="77777777" w:rsidTr="009C20A8">
        <w:trPr>
          <w:gridAfter w:val="1"/>
          <w:wAfter w:w="28" w:type="dxa"/>
          <w:cantSplit/>
          <w:trHeight w:val="595"/>
          <w:jc w:val="center"/>
        </w:trPr>
        <w:tc>
          <w:tcPr>
            <w:tcW w:w="3515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215E9C" w14:textId="77777777" w:rsidR="00840924" w:rsidRPr="009C20A8" w:rsidRDefault="00000000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  <w:r w:rsidRPr="009C20A8">
              <w:rPr>
                <w:sz w:val="20"/>
                <w:szCs w:val="20"/>
                <w:lang w:val="lt-LT"/>
              </w:rPr>
              <w:t>Darbovietė (su įstaiga siejantys ar sieję tarnybos, darbo ar sutartiniai santykiai)</w:t>
            </w:r>
          </w:p>
        </w:tc>
        <w:tc>
          <w:tcPr>
            <w:tcW w:w="61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374DA1" w14:textId="77777777" w:rsidR="00840924" w:rsidRPr="009C20A8" w:rsidRDefault="00840924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</w:p>
        </w:tc>
      </w:tr>
      <w:tr w:rsidR="00840924" w:rsidRPr="009C20A8" w14:paraId="15EACDAA" w14:textId="77777777" w:rsidTr="009C20A8">
        <w:trPr>
          <w:gridAfter w:val="1"/>
          <w:wAfter w:w="28" w:type="dxa"/>
          <w:cantSplit/>
          <w:trHeight w:val="312"/>
          <w:jc w:val="center"/>
        </w:trPr>
        <w:tc>
          <w:tcPr>
            <w:tcW w:w="3515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FCCE48" w14:textId="77777777" w:rsidR="00840924" w:rsidRPr="009C20A8" w:rsidRDefault="00000000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  <w:r w:rsidRPr="009C20A8">
              <w:rPr>
                <w:sz w:val="20"/>
                <w:szCs w:val="20"/>
                <w:lang w:val="lt-LT"/>
              </w:rPr>
              <w:t>Pareigos</w:t>
            </w:r>
          </w:p>
        </w:tc>
        <w:tc>
          <w:tcPr>
            <w:tcW w:w="61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82830F" w14:textId="77777777" w:rsidR="00840924" w:rsidRPr="009C20A8" w:rsidRDefault="00840924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</w:p>
        </w:tc>
      </w:tr>
      <w:tr w:rsidR="00840924" w:rsidRPr="009C20A8" w14:paraId="6F554C9A" w14:textId="77777777" w:rsidTr="009C20A8">
        <w:trPr>
          <w:gridAfter w:val="1"/>
          <w:wAfter w:w="28" w:type="dxa"/>
          <w:cantSplit/>
          <w:trHeight w:val="408"/>
          <w:jc w:val="center"/>
        </w:trPr>
        <w:tc>
          <w:tcPr>
            <w:tcW w:w="3515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E0A5DB" w14:textId="77777777" w:rsidR="00840924" w:rsidRPr="009C20A8" w:rsidRDefault="00000000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  <w:r w:rsidRPr="009C20A8">
              <w:rPr>
                <w:sz w:val="20"/>
                <w:szCs w:val="20"/>
                <w:lang w:val="lt-LT"/>
              </w:rPr>
              <w:t>Telefono Nr. (pastabos dėl susisiekimo)</w:t>
            </w:r>
          </w:p>
        </w:tc>
        <w:tc>
          <w:tcPr>
            <w:tcW w:w="61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47BE1E" w14:textId="77777777" w:rsidR="00840924" w:rsidRPr="009C20A8" w:rsidRDefault="00840924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</w:p>
        </w:tc>
      </w:tr>
      <w:tr w:rsidR="00840924" w:rsidRPr="009C20A8" w14:paraId="087EEC3A" w14:textId="77777777" w:rsidTr="009C20A8">
        <w:trPr>
          <w:gridAfter w:val="1"/>
          <w:wAfter w:w="28" w:type="dxa"/>
          <w:cantSplit/>
          <w:trHeight w:val="408"/>
          <w:jc w:val="center"/>
        </w:trPr>
        <w:tc>
          <w:tcPr>
            <w:tcW w:w="3515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68A9A1" w14:textId="77777777" w:rsidR="00840924" w:rsidRPr="009C20A8" w:rsidRDefault="00000000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  <w:r w:rsidRPr="009C20A8">
              <w:rPr>
                <w:sz w:val="20"/>
                <w:szCs w:val="20"/>
                <w:lang w:val="lt-LT"/>
              </w:rPr>
              <w:t>Asmeninis el. paštas arba gyvenamosios vietos adresas</w:t>
            </w:r>
          </w:p>
        </w:tc>
        <w:tc>
          <w:tcPr>
            <w:tcW w:w="61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405EBA" w14:textId="77777777" w:rsidR="00840924" w:rsidRPr="009C20A8" w:rsidRDefault="00840924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</w:p>
        </w:tc>
      </w:tr>
      <w:tr w:rsidR="00840924" w:rsidRPr="009C20A8" w14:paraId="11C2369F" w14:textId="77777777">
        <w:trPr>
          <w:gridAfter w:val="1"/>
          <w:wAfter w:w="28" w:type="dxa"/>
          <w:cantSplit/>
          <w:jc w:val="center"/>
        </w:trPr>
        <w:tc>
          <w:tcPr>
            <w:tcW w:w="9688" w:type="dxa"/>
            <w:gridSpan w:val="3"/>
            <w:shd w:val="clear" w:color="auto" w:fill="D9D9D9"/>
            <w:vAlign w:val="center"/>
          </w:tcPr>
          <w:p w14:paraId="08391AB5" w14:textId="77777777" w:rsidR="00840924" w:rsidRPr="009C20A8" w:rsidRDefault="00000000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  <w:r w:rsidRPr="009C20A8">
              <w:rPr>
                <w:sz w:val="20"/>
                <w:szCs w:val="20"/>
                <w:lang w:val="lt-LT"/>
              </w:rPr>
              <w:t>Informacija apie pažeidimą</w:t>
            </w:r>
          </w:p>
        </w:tc>
      </w:tr>
      <w:tr w:rsidR="00840924" w:rsidRPr="009C20A8" w14:paraId="02DBCE86" w14:textId="77777777">
        <w:trPr>
          <w:gridAfter w:val="1"/>
          <w:wAfter w:w="28" w:type="dxa"/>
          <w:cantSplit/>
          <w:trHeight w:hRule="exact" w:val="765"/>
          <w:jc w:val="center"/>
        </w:trPr>
        <w:tc>
          <w:tcPr>
            <w:tcW w:w="9688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B63352" w14:textId="77777777" w:rsidR="00840924" w:rsidRPr="009C20A8" w:rsidRDefault="00000000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  <w:r w:rsidRPr="009C20A8">
              <w:rPr>
                <w:sz w:val="20"/>
                <w:szCs w:val="20"/>
                <w:lang w:val="lt-LT"/>
              </w:rPr>
              <w:t>1. Apie kokį pažeidimą pranešate? Kokio pobūdžio tai pažeidimas?</w:t>
            </w:r>
          </w:p>
        </w:tc>
      </w:tr>
      <w:tr w:rsidR="00840924" w:rsidRPr="009C20A8" w14:paraId="0A2583EB" w14:textId="77777777">
        <w:trPr>
          <w:gridAfter w:val="1"/>
          <w:wAfter w:w="28" w:type="dxa"/>
          <w:cantSplit/>
          <w:trHeight w:hRule="exact" w:val="765"/>
          <w:jc w:val="center"/>
        </w:trPr>
        <w:tc>
          <w:tcPr>
            <w:tcW w:w="9688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8E9637" w14:textId="77777777" w:rsidR="00840924" w:rsidRPr="009C20A8" w:rsidRDefault="00000000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  <w:r w:rsidRPr="009C20A8">
              <w:rPr>
                <w:sz w:val="20"/>
                <w:szCs w:val="20"/>
                <w:lang w:val="lt-LT"/>
              </w:rPr>
              <w:t>2. Kas padarė šį pažeidimą? Kokie galėjo būti asmens motyvai darant pažeidimą?</w:t>
            </w:r>
          </w:p>
        </w:tc>
      </w:tr>
      <w:tr w:rsidR="00840924" w:rsidRPr="009C20A8" w14:paraId="7E56D52E" w14:textId="77777777">
        <w:trPr>
          <w:gridAfter w:val="1"/>
          <w:wAfter w:w="28" w:type="dxa"/>
          <w:cantSplit/>
          <w:trHeight w:hRule="exact" w:val="680"/>
          <w:jc w:val="center"/>
        </w:trPr>
        <w:tc>
          <w:tcPr>
            <w:tcW w:w="9688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4280DF" w14:textId="77777777" w:rsidR="00840924" w:rsidRPr="009C20A8" w:rsidRDefault="00000000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  <w:r w:rsidRPr="009C20A8">
              <w:rPr>
                <w:sz w:val="20"/>
                <w:szCs w:val="20"/>
                <w:lang w:val="lt-LT"/>
              </w:rPr>
              <w:t>3. Pažeidimo padarymo vieta, laikas.</w:t>
            </w:r>
          </w:p>
        </w:tc>
      </w:tr>
      <w:tr w:rsidR="00840924" w:rsidRPr="009C20A8" w14:paraId="1FE63A34" w14:textId="77777777">
        <w:trPr>
          <w:gridAfter w:val="1"/>
          <w:wAfter w:w="28" w:type="dxa"/>
          <w:cantSplit/>
          <w:jc w:val="center"/>
        </w:trPr>
        <w:tc>
          <w:tcPr>
            <w:tcW w:w="9688" w:type="dxa"/>
            <w:gridSpan w:val="3"/>
            <w:shd w:val="clear" w:color="auto" w:fill="D9D9D9"/>
            <w:vAlign w:val="center"/>
          </w:tcPr>
          <w:p w14:paraId="643D54AC" w14:textId="77777777" w:rsidR="00840924" w:rsidRPr="009C20A8" w:rsidRDefault="00000000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  <w:r w:rsidRPr="009C20A8">
              <w:rPr>
                <w:sz w:val="20"/>
                <w:szCs w:val="20"/>
                <w:lang w:val="lt-LT"/>
              </w:rPr>
              <w:t>Duomenys apie pažeidimą padariusį asmenį ar asmenis</w:t>
            </w:r>
          </w:p>
        </w:tc>
      </w:tr>
      <w:tr w:rsidR="00840924" w:rsidRPr="009C20A8" w14:paraId="5981446E" w14:textId="77777777" w:rsidTr="009C20A8">
        <w:trPr>
          <w:gridAfter w:val="1"/>
          <w:wAfter w:w="28" w:type="dxa"/>
          <w:cantSplit/>
          <w:trHeight w:val="312"/>
          <w:jc w:val="center"/>
        </w:trPr>
        <w:tc>
          <w:tcPr>
            <w:tcW w:w="3515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53B00F" w14:textId="77777777" w:rsidR="00840924" w:rsidRPr="009C20A8" w:rsidRDefault="00000000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  <w:r w:rsidRPr="009C20A8">
              <w:rPr>
                <w:sz w:val="20"/>
                <w:szCs w:val="20"/>
                <w:lang w:val="lt-LT"/>
              </w:rPr>
              <w:t>Vardas, pavardė</w:t>
            </w:r>
          </w:p>
        </w:tc>
        <w:tc>
          <w:tcPr>
            <w:tcW w:w="61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96211D" w14:textId="77777777" w:rsidR="00840924" w:rsidRPr="009C20A8" w:rsidRDefault="00840924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</w:p>
        </w:tc>
      </w:tr>
      <w:tr w:rsidR="00840924" w:rsidRPr="009C20A8" w14:paraId="2D9A3174" w14:textId="77777777" w:rsidTr="009C20A8">
        <w:trPr>
          <w:gridAfter w:val="1"/>
          <w:wAfter w:w="28" w:type="dxa"/>
          <w:cantSplit/>
          <w:trHeight w:val="312"/>
          <w:jc w:val="center"/>
        </w:trPr>
        <w:tc>
          <w:tcPr>
            <w:tcW w:w="3515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2B0335" w14:textId="77777777" w:rsidR="00840924" w:rsidRPr="009C20A8" w:rsidRDefault="00000000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  <w:r w:rsidRPr="009C20A8">
              <w:rPr>
                <w:sz w:val="20"/>
                <w:szCs w:val="20"/>
                <w:lang w:val="lt-LT"/>
              </w:rPr>
              <w:t>Darbovietė</w:t>
            </w:r>
          </w:p>
        </w:tc>
        <w:tc>
          <w:tcPr>
            <w:tcW w:w="61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26DA87" w14:textId="77777777" w:rsidR="00840924" w:rsidRPr="009C20A8" w:rsidRDefault="00840924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</w:p>
        </w:tc>
      </w:tr>
      <w:tr w:rsidR="00840924" w:rsidRPr="009C20A8" w14:paraId="16959407" w14:textId="77777777" w:rsidTr="009C20A8">
        <w:trPr>
          <w:gridAfter w:val="1"/>
          <w:wAfter w:w="28" w:type="dxa"/>
          <w:cantSplit/>
          <w:trHeight w:val="312"/>
          <w:jc w:val="center"/>
        </w:trPr>
        <w:tc>
          <w:tcPr>
            <w:tcW w:w="3515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6802C4" w14:textId="77777777" w:rsidR="00840924" w:rsidRPr="009C20A8" w:rsidRDefault="00000000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  <w:r w:rsidRPr="009C20A8">
              <w:rPr>
                <w:sz w:val="20"/>
                <w:szCs w:val="20"/>
                <w:lang w:val="lt-LT"/>
              </w:rPr>
              <w:t>Pareigos</w:t>
            </w:r>
          </w:p>
        </w:tc>
        <w:tc>
          <w:tcPr>
            <w:tcW w:w="61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3EC197" w14:textId="77777777" w:rsidR="00840924" w:rsidRPr="009C20A8" w:rsidRDefault="00840924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</w:p>
        </w:tc>
      </w:tr>
      <w:tr w:rsidR="00840924" w:rsidRPr="009C20A8" w14:paraId="0E9ACCFE" w14:textId="77777777">
        <w:trPr>
          <w:gridAfter w:val="1"/>
          <w:wAfter w:w="28" w:type="dxa"/>
          <w:cantSplit/>
          <w:trHeight w:hRule="exact" w:val="709"/>
          <w:jc w:val="center"/>
        </w:trPr>
        <w:tc>
          <w:tcPr>
            <w:tcW w:w="9688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5C7FAD" w14:textId="77777777" w:rsidR="00840924" w:rsidRPr="009C20A8" w:rsidRDefault="00000000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  <w:r w:rsidRPr="009C20A8">
              <w:rPr>
                <w:sz w:val="20"/>
                <w:szCs w:val="20"/>
                <w:lang w:val="lt-LT"/>
              </w:rPr>
              <w:t>4. Ar yra kitų asmenų, kurie dalyvavo ar galėjo dalyvauti darant pažeidimą? Jei taip, nurodykite juos.</w:t>
            </w:r>
          </w:p>
        </w:tc>
      </w:tr>
      <w:tr w:rsidR="00840924" w:rsidRPr="009C20A8" w14:paraId="7AF48BEF" w14:textId="77777777">
        <w:trPr>
          <w:gridAfter w:val="1"/>
          <w:wAfter w:w="28" w:type="dxa"/>
          <w:cantSplit/>
          <w:trHeight w:hRule="exact" w:val="709"/>
          <w:jc w:val="center"/>
        </w:trPr>
        <w:tc>
          <w:tcPr>
            <w:tcW w:w="9688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B6E824" w14:textId="77777777" w:rsidR="00840924" w:rsidRPr="009C20A8" w:rsidRDefault="00000000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  <w:r w:rsidRPr="009C20A8">
              <w:rPr>
                <w:sz w:val="20"/>
                <w:szCs w:val="20"/>
                <w:lang w:val="lt-LT"/>
              </w:rPr>
              <w:t>5. Ar yra kitų pažeidimo liudininkų? Jei taip, pateikite jų kontaktinius duomenis.</w:t>
            </w:r>
          </w:p>
        </w:tc>
      </w:tr>
      <w:tr w:rsidR="00840924" w:rsidRPr="009C20A8" w14:paraId="0430B124" w14:textId="77777777">
        <w:trPr>
          <w:gridAfter w:val="1"/>
          <w:wAfter w:w="28" w:type="dxa"/>
          <w:cantSplit/>
          <w:jc w:val="center"/>
        </w:trPr>
        <w:tc>
          <w:tcPr>
            <w:tcW w:w="9688" w:type="dxa"/>
            <w:gridSpan w:val="3"/>
            <w:shd w:val="clear" w:color="auto" w:fill="D9D9D9"/>
            <w:vAlign w:val="center"/>
          </w:tcPr>
          <w:p w14:paraId="12A94E62" w14:textId="77777777" w:rsidR="00840924" w:rsidRPr="009C20A8" w:rsidRDefault="00000000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  <w:r w:rsidRPr="009C20A8">
              <w:rPr>
                <w:sz w:val="20"/>
                <w:szCs w:val="20"/>
                <w:lang w:val="lt-LT"/>
              </w:rPr>
              <w:t>Duomenys apie pažeidimo liudininką ar liudininkus</w:t>
            </w:r>
          </w:p>
        </w:tc>
      </w:tr>
      <w:tr w:rsidR="00840924" w:rsidRPr="009C20A8" w14:paraId="199B4380" w14:textId="77777777" w:rsidTr="009C20A8">
        <w:trPr>
          <w:gridAfter w:val="1"/>
          <w:wAfter w:w="28" w:type="dxa"/>
          <w:cantSplit/>
          <w:trHeight w:val="312"/>
          <w:jc w:val="center"/>
        </w:trPr>
        <w:tc>
          <w:tcPr>
            <w:tcW w:w="3515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0853A5" w14:textId="77777777" w:rsidR="00840924" w:rsidRPr="009C20A8" w:rsidRDefault="00000000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  <w:r w:rsidRPr="009C20A8">
              <w:rPr>
                <w:sz w:val="20"/>
                <w:szCs w:val="20"/>
                <w:lang w:val="lt-LT"/>
              </w:rPr>
              <w:t>Vardas, pavardė</w:t>
            </w:r>
          </w:p>
        </w:tc>
        <w:tc>
          <w:tcPr>
            <w:tcW w:w="61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7DC92A" w14:textId="77777777" w:rsidR="00840924" w:rsidRPr="009C20A8" w:rsidRDefault="00840924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</w:p>
        </w:tc>
      </w:tr>
      <w:tr w:rsidR="00840924" w:rsidRPr="009C20A8" w14:paraId="4BC1CAD3" w14:textId="77777777" w:rsidTr="009C20A8">
        <w:trPr>
          <w:gridAfter w:val="1"/>
          <w:wAfter w:w="28" w:type="dxa"/>
          <w:cantSplit/>
          <w:trHeight w:val="312"/>
          <w:jc w:val="center"/>
        </w:trPr>
        <w:tc>
          <w:tcPr>
            <w:tcW w:w="3515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7946E9" w14:textId="77777777" w:rsidR="00840924" w:rsidRPr="009C20A8" w:rsidRDefault="00000000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  <w:r w:rsidRPr="009C20A8">
              <w:rPr>
                <w:sz w:val="20"/>
                <w:szCs w:val="20"/>
                <w:lang w:val="lt-LT"/>
              </w:rPr>
              <w:lastRenderedPageBreak/>
              <w:t>Pareigos</w:t>
            </w:r>
          </w:p>
        </w:tc>
        <w:tc>
          <w:tcPr>
            <w:tcW w:w="61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A2486F" w14:textId="77777777" w:rsidR="00840924" w:rsidRPr="009C20A8" w:rsidRDefault="00840924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</w:p>
        </w:tc>
      </w:tr>
      <w:tr w:rsidR="00840924" w:rsidRPr="009C20A8" w14:paraId="73EC52F0" w14:textId="77777777" w:rsidTr="009C20A8">
        <w:trPr>
          <w:gridAfter w:val="1"/>
          <w:wAfter w:w="28" w:type="dxa"/>
          <w:cantSplit/>
          <w:trHeight w:val="312"/>
          <w:jc w:val="center"/>
        </w:trPr>
        <w:tc>
          <w:tcPr>
            <w:tcW w:w="3515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8EEE45" w14:textId="77777777" w:rsidR="00840924" w:rsidRPr="009C20A8" w:rsidRDefault="00000000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  <w:r w:rsidRPr="009C20A8">
              <w:rPr>
                <w:sz w:val="20"/>
                <w:szCs w:val="20"/>
                <w:lang w:val="lt-LT"/>
              </w:rPr>
              <w:t>Darbovietė</w:t>
            </w:r>
          </w:p>
        </w:tc>
        <w:tc>
          <w:tcPr>
            <w:tcW w:w="61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57C34D" w14:textId="77777777" w:rsidR="00840924" w:rsidRPr="009C20A8" w:rsidRDefault="00840924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</w:p>
        </w:tc>
      </w:tr>
      <w:tr w:rsidR="009C20A8" w:rsidRPr="009C20A8" w14:paraId="50313F3E" w14:textId="77777777" w:rsidTr="009C20A8">
        <w:trPr>
          <w:gridAfter w:val="1"/>
          <w:wAfter w:w="28" w:type="dxa"/>
          <w:cantSplit/>
          <w:trHeight w:val="312"/>
          <w:jc w:val="center"/>
        </w:trPr>
        <w:tc>
          <w:tcPr>
            <w:tcW w:w="3515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110678" w14:textId="0C54165A" w:rsidR="009C20A8" w:rsidRPr="009C20A8" w:rsidRDefault="009C20A8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  <w:r w:rsidRPr="009C20A8">
              <w:rPr>
                <w:sz w:val="20"/>
                <w:szCs w:val="20"/>
                <w:lang w:val="lt-LT"/>
              </w:rPr>
              <w:t>Telefono Nr.</w:t>
            </w:r>
          </w:p>
        </w:tc>
        <w:tc>
          <w:tcPr>
            <w:tcW w:w="61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31E529" w14:textId="77777777" w:rsidR="009C20A8" w:rsidRPr="009C20A8" w:rsidRDefault="009C20A8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</w:p>
        </w:tc>
      </w:tr>
      <w:tr w:rsidR="009C20A8" w:rsidRPr="009C20A8" w14:paraId="02DF5367" w14:textId="77777777" w:rsidTr="000657A0">
        <w:trPr>
          <w:gridAfter w:val="1"/>
          <w:wAfter w:w="28" w:type="dxa"/>
          <w:cantSplit/>
          <w:trHeight w:val="312"/>
          <w:jc w:val="center"/>
        </w:trPr>
        <w:tc>
          <w:tcPr>
            <w:tcW w:w="3515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A95764" w14:textId="5261A033" w:rsidR="009C20A8" w:rsidRPr="009C20A8" w:rsidRDefault="009C20A8" w:rsidP="009C20A8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  <w:r w:rsidRPr="007612A4">
              <w:rPr>
                <w:sz w:val="20"/>
                <w:szCs w:val="20"/>
                <w:lang w:val="lt-LT"/>
              </w:rPr>
              <w:t>El. paštas</w:t>
            </w:r>
          </w:p>
        </w:tc>
        <w:tc>
          <w:tcPr>
            <w:tcW w:w="617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8A6F5F" w14:textId="21D5C1FB" w:rsidR="009C20A8" w:rsidRPr="009C20A8" w:rsidRDefault="009C20A8" w:rsidP="009C20A8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</w:p>
        </w:tc>
      </w:tr>
      <w:tr w:rsidR="00840924" w:rsidRPr="009C20A8" w14:paraId="18C9BD53" w14:textId="77777777">
        <w:trPr>
          <w:gridBefore w:val="1"/>
          <w:wBefore w:w="28" w:type="dxa"/>
          <w:cantSplit/>
          <w:trHeight w:hRule="exact" w:val="1247"/>
          <w:jc w:val="center"/>
        </w:trPr>
        <w:tc>
          <w:tcPr>
            <w:tcW w:w="9688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644C23" w14:textId="77777777" w:rsidR="00840924" w:rsidRPr="009C20A8" w:rsidRDefault="00000000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  <w:r w:rsidRPr="009C20A8">
              <w:rPr>
                <w:sz w:val="20"/>
                <w:szCs w:val="20"/>
                <w:lang w:val="lt-LT"/>
              </w:rPr>
              <w:t>6. Kada pažeidimas buvo padarytas ir kada apie jį sužinojote arba jį pastebėjote?</w:t>
            </w:r>
          </w:p>
        </w:tc>
      </w:tr>
      <w:tr w:rsidR="00840924" w:rsidRPr="009C20A8" w14:paraId="18A08B94" w14:textId="77777777">
        <w:trPr>
          <w:gridBefore w:val="1"/>
          <w:wBefore w:w="28" w:type="dxa"/>
          <w:cantSplit/>
          <w:trHeight w:hRule="exact" w:val="1361"/>
          <w:jc w:val="center"/>
        </w:trPr>
        <w:tc>
          <w:tcPr>
            <w:tcW w:w="9688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70CE21" w14:textId="77777777" w:rsidR="00840924" w:rsidRPr="009C20A8" w:rsidRDefault="00000000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  <w:r w:rsidRPr="009C20A8">
              <w:rPr>
                <w:sz w:val="20"/>
                <w:szCs w:val="20"/>
                <w:lang w:val="lt-LT"/>
              </w:rPr>
              <w:t>7. Kokius pažeidimą pagrindžiančius duomenis, galinčius padėti atlikti pažeidimo tyrimą, galėtumėte pateikti? Nurodykite pridedamus rašytinius ar kitus duomenis apie pažeidimą.</w:t>
            </w:r>
          </w:p>
        </w:tc>
      </w:tr>
      <w:tr w:rsidR="00840924" w:rsidRPr="009C20A8" w14:paraId="34E846CD" w14:textId="77777777">
        <w:trPr>
          <w:gridBefore w:val="1"/>
          <w:wBefore w:w="28" w:type="dxa"/>
          <w:cantSplit/>
          <w:trHeight w:hRule="exact" w:val="1361"/>
          <w:jc w:val="center"/>
        </w:trPr>
        <w:tc>
          <w:tcPr>
            <w:tcW w:w="9688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175A18" w14:textId="77777777" w:rsidR="00840924" w:rsidRPr="009C20A8" w:rsidRDefault="00000000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  <w:r w:rsidRPr="009C20A8">
              <w:rPr>
                <w:sz w:val="20"/>
                <w:szCs w:val="20"/>
                <w:lang w:val="lt-LT"/>
              </w:rPr>
              <w:t>8. Ar apie šį pažeidimą jau esate kam nors pranešęs? Jei pranešėte, kam buvo pranešta ir ar gavote atsakymą? Jei gavote atsakymą, nurodykite jo esmę.</w:t>
            </w:r>
          </w:p>
        </w:tc>
      </w:tr>
      <w:tr w:rsidR="00840924" w:rsidRPr="009C20A8" w14:paraId="307ADC2F" w14:textId="77777777">
        <w:trPr>
          <w:gridBefore w:val="1"/>
          <w:wBefore w:w="28" w:type="dxa"/>
          <w:cantSplit/>
          <w:trHeight w:hRule="exact" w:val="1191"/>
          <w:jc w:val="center"/>
        </w:trPr>
        <w:tc>
          <w:tcPr>
            <w:tcW w:w="9688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F0F885" w14:textId="77777777" w:rsidR="00840924" w:rsidRPr="009C20A8" w:rsidRDefault="00000000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  <w:r w:rsidRPr="009C20A8">
              <w:rPr>
                <w:sz w:val="20"/>
                <w:szCs w:val="20"/>
                <w:lang w:val="lt-LT"/>
              </w:rPr>
              <w:t>9. Papildomos pastabos ir komentarai.</w:t>
            </w:r>
          </w:p>
        </w:tc>
      </w:tr>
    </w:tbl>
    <w:p w14:paraId="745DD70E" w14:textId="77777777" w:rsidR="00840924" w:rsidRPr="009C20A8" w:rsidRDefault="00000000">
      <w:pPr>
        <w:spacing w:before="160"/>
        <w:rPr>
          <w:sz w:val="20"/>
          <w:szCs w:val="20"/>
          <w:lang w:val="lt-LT"/>
        </w:rPr>
      </w:pPr>
      <w:r w:rsidRPr="009C20A8">
        <w:rPr>
          <w:sz w:val="20"/>
          <w:szCs w:val="20"/>
          <w:lang w:val="lt-LT"/>
        </w:rPr>
        <w:t>☐ Patvirtinu, kad esu susipažinęs su teisinėmis pasekmėmis už melagingos informacijos teikimą, o mano teikiama informacija yra teisinga.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706"/>
      </w:tblGrid>
      <w:tr w:rsidR="00840924" w:rsidRPr="009C20A8" w14:paraId="1E88D0CD" w14:textId="77777777">
        <w:trPr>
          <w:trHeight w:hRule="exact" w:val="737"/>
          <w:jc w:val="center"/>
        </w:trPr>
        <w:tc>
          <w:tcPr>
            <w:tcW w:w="453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102813" w14:textId="77777777" w:rsidR="00840924" w:rsidRPr="009C20A8" w:rsidRDefault="00000000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  <w:r w:rsidRPr="009C20A8">
              <w:rPr>
                <w:sz w:val="20"/>
                <w:szCs w:val="20"/>
                <w:lang w:val="lt-LT"/>
              </w:rPr>
              <w:t>Data</w:t>
            </w:r>
          </w:p>
        </w:tc>
        <w:tc>
          <w:tcPr>
            <w:tcW w:w="470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DE41A3" w14:textId="77777777" w:rsidR="00840924" w:rsidRPr="009C20A8" w:rsidRDefault="00000000">
            <w:pPr>
              <w:spacing w:after="0" w:line="240" w:lineRule="auto"/>
              <w:rPr>
                <w:sz w:val="20"/>
                <w:szCs w:val="20"/>
                <w:lang w:val="lt-LT"/>
              </w:rPr>
            </w:pPr>
            <w:r w:rsidRPr="009C20A8">
              <w:rPr>
                <w:sz w:val="20"/>
                <w:szCs w:val="20"/>
                <w:lang w:val="lt-LT"/>
              </w:rPr>
              <w:t>Parašas</w:t>
            </w:r>
          </w:p>
        </w:tc>
      </w:tr>
    </w:tbl>
    <w:p w14:paraId="01BF0000" w14:textId="77777777" w:rsidR="0092395F" w:rsidRPr="009C20A8" w:rsidRDefault="0092395F">
      <w:pPr>
        <w:rPr>
          <w:sz w:val="20"/>
          <w:szCs w:val="20"/>
          <w:lang w:val="lt-LT"/>
        </w:rPr>
      </w:pPr>
    </w:p>
    <w:sectPr w:rsidR="0092395F" w:rsidRPr="009C20A8" w:rsidSect="00034616">
      <w:headerReference w:type="default" r:id="rId8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B9196" w14:textId="77777777" w:rsidR="007941FF" w:rsidRDefault="007941FF" w:rsidP="009C20A8">
      <w:pPr>
        <w:spacing w:after="0" w:line="240" w:lineRule="auto"/>
      </w:pPr>
      <w:r>
        <w:separator/>
      </w:r>
    </w:p>
  </w:endnote>
  <w:endnote w:type="continuationSeparator" w:id="0">
    <w:p w14:paraId="40CF0690" w14:textId="77777777" w:rsidR="007941FF" w:rsidRDefault="007941FF" w:rsidP="009C2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52DA4" w14:textId="77777777" w:rsidR="007941FF" w:rsidRDefault="007941FF" w:rsidP="009C20A8">
      <w:pPr>
        <w:spacing w:after="0" w:line="240" w:lineRule="auto"/>
      </w:pPr>
      <w:r>
        <w:separator/>
      </w:r>
    </w:p>
  </w:footnote>
  <w:footnote w:type="continuationSeparator" w:id="0">
    <w:p w14:paraId="1D63B2B5" w14:textId="77777777" w:rsidR="007941FF" w:rsidRDefault="007941FF" w:rsidP="009C20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3C729" w14:textId="5600B1EB" w:rsidR="009C20A8" w:rsidRDefault="009C20A8">
    <w:pPr>
      <w:pStyle w:val="Antrats"/>
    </w:pPr>
    <w:r>
      <w:rPr>
        <w:noProof/>
        <w:lang w:eastAsia="lt-LT"/>
      </w:rPr>
      <w:drawing>
        <wp:anchor distT="0" distB="0" distL="114300" distR="114300" simplePos="0" relativeHeight="251659264" behindDoc="1" locked="0" layoutInCell="1" allowOverlap="1" wp14:anchorId="73B65C1C" wp14:editId="605A5E0B">
          <wp:simplePos x="0" y="0"/>
          <wp:positionH relativeFrom="column">
            <wp:posOffset>0</wp:posOffset>
          </wp:positionH>
          <wp:positionV relativeFrom="paragraph">
            <wp:posOffset>-456006</wp:posOffset>
          </wp:positionV>
          <wp:extent cx="5291938" cy="858275"/>
          <wp:effectExtent l="0" t="0" r="0" b="0"/>
          <wp:wrapNone/>
          <wp:docPr id="40" name="Picture 40" descr="Blankas TOKS_1-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lankas TOKS_1-0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90" r="4619"/>
                  <a:stretch>
                    <a:fillRect/>
                  </a:stretch>
                </pic:blipFill>
                <pic:spPr bwMode="auto">
                  <a:xfrm>
                    <a:off x="0" y="0"/>
                    <a:ext cx="5291938" cy="85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4441399">
    <w:abstractNumId w:val="8"/>
  </w:num>
  <w:num w:numId="2" w16cid:durableId="218250239">
    <w:abstractNumId w:val="6"/>
  </w:num>
  <w:num w:numId="3" w16cid:durableId="29839536">
    <w:abstractNumId w:val="5"/>
  </w:num>
  <w:num w:numId="4" w16cid:durableId="657617430">
    <w:abstractNumId w:val="4"/>
  </w:num>
  <w:num w:numId="5" w16cid:durableId="1704095950">
    <w:abstractNumId w:val="7"/>
  </w:num>
  <w:num w:numId="6" w16cid:durableId="1353998005">
    <w:abstractNumId w:val="3"/>
  </w:num>
  <w:num w:numId="7" w16cid:durableId="141779340">
    <w:abstractNumId w:val="2"/>
  </w:num>
  <w:num w:numId="8" w16cid:durableId="758525894">
    <w:abstractNumId w:val="1"/>
  </w:num>
  <w:num w:numId="9" w16cid:durableId="214450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01C9"/>
    <w:rsid w:val="0015074B"/>
    <w:rsid w:val="0029639D"/>
    <w:rsid w:val="00326F90"/>
    <w:rsid w:val="00340FFC"/>
    <w:rsid w:val="007941FF"/>
    <w:rsid w:val="00840924"/>
    <w:rsid w:val="0092395F"/>
    <w:rsid w:val="009C20A8"/>
    <w:rsid w:val="00AA1D8D"/>
    <w:rsid w:val="00AF215B"/>
    <w:rsid w:val="00B47730"/>
    <w:rsid w:val="00C324E1"/>
    <w:rsid w:val="00CB0664"/>
    <w:rsid w:val="00D3559B"/>
    <w:rsid w:val="00D826B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52C990"/>
  <w14:defaultImageDpi w14:val="300"/>
  <w15:docId w15:val="{BC47DE63-EB6D-4A51-84AE-F1B22608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  <w:rPr>
      <w:rFonts w:ascii="Times New Roman" w:eastAsia="Times New Roman" w:hAnsi="Times New Roma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TOKS Vidinio informacijos apie pažeidimus teikimo kanalo tvarka</vt:lpstr>
    </vt:vector>
  </TitlesOfParts>
  <Manager/>
  <Company/>
  <LinksUpToDate>false</LinksUpToDate>
  <CharactersWithSpaces>1870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TOKS Vidinio informacijos apie pažeidimus teikimo kanalo tvarka</dc:title>
  <dc:subject>Pranešėjų apsauga</dc:subject>
  <dc:creator>UAB Tolimojo keleivinio transporto kompanija</dc:creator>
  <cp:keywords/>
  <dc:description>generated by python-docx</dc:description>
  <cp:lastModifiedBy>Gina Kvederė | TOKS</cp:lastModifiedBy>
  <cp:revision>2</cp:revision>
  <dcterms:created xsi:type="dcterms:W3CDTF">2026-09-18T11:02:00Z</dcterms:created>
  <dcterms:modified xsi:type="dcterms:W3CDTF">2026-09-18T11:02:00Z</dcterms:modified>
  <cp:category/>
</cp:coreProperties>
</file>